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9FC80" w14:textId="77777777" w:rsidR="00C74D1B" w:rsidRPr="00B031CD" w:rsidRDefault="00EA4D03">
      <w:pPr>
        <w:jc w:val="center"/>
        <w:rPr>
          <w:lang w:val="de-CH"/>
        </w:rPr>
      </w:pPr>
      <w:r w:rsidRPr="00B031CD">
        <w:rPr>
          <w:b/>
          <w:sz w:val="28"/>
          <w:lang w:val="de-CH"/>
        </w:rPr>
        <w:t>PROGRAMM</w:t>
      </w:r>
    </w:p>
    <w:p w14:paraId="1A48880E" w14:textId="77777777" w:rsidR="00C74D1B" w:rsidRPr="00B031CD" w:rsidRDefault="00EA4D03">
      <w:pPr>
        <w:jc w:val="center"/>
        <w:rPr>
          <w:i/>
          <w:sz w:val="24"/>
          <w:lang w:val="de-CH"/>
        </w:rPr>
      </w:pPr>
      <w:r w:rsidRPr="00B031CD">
        <w:rPr>
          <w:i/>
          <w:sz w:val="24"/>
          <w:lang w:val="de-CH"/>
        </w:rPr>
        <w:t>Fortbildung Churer Dermakränzli</w:t>
      </w:r>
      <w:r w:rsidR="00561BDD" w:rsidRPr="00B031CD">
        <w:rPr>
          <w:i/>
          <w:sz w:val="24"/>
          <w:lang w:val="de-CH"/>
        </w:rPr>
        <w:t>, 30.10.2025</w:t>
      </w:r>
    </w:p>
    <w:p w14:paraId="6B98347C" w14:textId="77777777" w:rsidR="00561BDD" w:rsidRPr="00B031CD" w:rsidRDefault="00561BDD">
      <w:pPr>
        <w:jc w:val="center"/>
        <w:rPr>
          <w:lang w:val="de-CH"/>
        </w:rPr>
      </w:pPr>
      <w:r w:rsidRPr="00B031CD">
        <w:rPr>
          <w:i/>
          <w:sz w:val="24"/>
          <w:lang w:val="de-CH"/>
        </w:rPr>
        <w:t>Va Bene, Gäugelistrasse 60</w:t>
      </w:r>
      <w:r w:rsidR="00694A1E" w:rsidRPr="00B031CD">
        <w:rPr>
          <w:i/>
          <w:sz w:val="24"/>
          <w:lang w:val="de-CH"/>
        </w:rPr>
        <w:t>, Chur</w:t>
      </w:r>
    </w:p>
    <w:p w14:paraId="49226A1D" w14:textId="77777777" w:rsidR="00C74D1B" w:rsidRPr="00B031CD" w:rsidRDefault="00C74D1B">
      <w:pPr>
        <w:rPr>
          <w:lang w:val="de-CH"/>
        </w:rPr>
      </w:pPr>
    </w:p>
    <w:p w14:paraId="484DB81F" w14:textId="77777777" w:rsidR="00C74D1B" w:rsidRPr="00B031CD" w:rsidRDefault="00EA4D03">
      <w:pPr>
        <w:rPr>
          <w:sz w:val="18"/>
          <w:lang w:val="de-CH"/>
        </w:rPr>
      </w:pPr>
      <w:r w:rsidRPr="00B031CD">
        <w:rPr>
          <w:b/>
          <w:sz w:val="18"/>
          <w:lang w:val="de-CH"/>
        </w:rPr>
        <w:t>15.00 – 15.45</w:t>
      </w:r>
    </w:p>
    <w:p w14:paraId="689D5214" w14:textId="77777777" w:rsidR="00EA4D03" w:rsidRPr="00B031CD" w:rsidRDefault="00EA4D03">
      <w:pPr>
        <w:rPr>
          <w:sz w:val="18"/>
          <w:lang w:val="de-CH"/>
        </w:rPr>
      </w:pPr>
      <w:r w:rsidRPr="00B031CD">
        <w:rPr>
          <w:sz w:val="18"/>
          <w:lang w:val="de-CH"/>
        </w:rPr>
        <w:t>Mit der Lupe ins Morgen – wohin entwickelt sich die Dermatologie wirklich?</w:t>
      </w:r>
    </w:p>
    <w:p w14:paraId="7662BAC7" w14:textId="77777777" w:rsidR="00C74D1B" w:rsidRPr="00561BDD" w:rsidRDefault="00EA4D03">
      <w:pPr>
        <w:rPr>
          <w:sz w:val="18"/>
        </w:rPr>
      </w:pPr>
      <w:r w:rsidRPr="00561BDD">
        <w:rPr>
          <w:sz w:val="18"/>
        </w:rPr>
        <w:t xml:space="preserve">Prof. Dr. med. Alexander </w:t>
      </w:r>
      <w:proofErr w:type="spellStart"/>
      <w:r w:rsidRPr="00561BDD">
        <w:rPr>
          <w:sz w:val="18"/>
        </w:rPr>
        <w:t>Navarini</w:t>
      </w:r>
      <w:proofErr w:type="spellEnd"/>
      <w:r w:rsidRPr="00561BDD">
        <w:rPr>
          <w:sz w:val="18"/>
        </w:rPr>
        <w:t xml:space="preserve">, </w:t>
      </w:r>
      <w:proofErr w:type="spellStart"/>
      <w:r w:rsidRPr="00561BDD">
        <w:rPr>
          <w:sz w:val="18"/>
        </w:rPr>
        <w:t>Chefarzt</w:t>
      </w:r>
      <w:proofErr w:type="spellEnd"/>
      <w:r w:rsidRPr="00561BDD">
        <w:rPr>
          <w:sz w:val="18"/>
        </w:rPr>
        <w:t xml:space="preserve">, </w:t>
      </w:r>
      <w:proofErr w:type="spellStart"/>
      <w:r w:rsidRPr="00561BDD">
        <w:rPr>
          <w:sz w:val="18"/>
        </w:rPr>
        <w:t>Universitätsspital</w:t>
      </w:r>
      <w:proofErr w:type="spellEnd"/>
      <w:r w:rsidRPr="00561BDD">
        <w:rPr>
          <w:sz w:val="18"/>
        </w:rPr>
        <w:t xml:space="preserve"> Basel</w:t>
      </w:r>
    </w:p>
    <w:p w14:paraId="44A46B9D" w14:textId="77777777" w:rsidR="00C74D1B" w:rsidRPr="00561BDD" w:rsidRDefault="00C74D1B">
      <w:pPr>
        <w:rPr>
          <w:sz w:val="18"/>
        </w:rPr>
      </w:pPr>
    </w:p>
    <w:p w14:paraId="72C141AB" w14:textId="77777777" w:rsidR="00C74D1B" w:rsidRPr="00B031CD" w:rsidRDefault="00EA4D03">
      <w:pPr>
        <w:rPr>
          <w:sz w:val="18"/>
          <w:lang w:val="de-CH"/>
        </w:rPr>
      </w:pPr>
      <w:r w:rsidRPr="00B031CD">
        <w:rPr>
          <w:b/>
          <w:sz w:val="18"/>
          <w:lang w:val="de-CH"/>
        </w:rPr>
        <w:t>15.45 – 16.30</w:t>
      </w:r>
    </w:p>
    <w:p w14:paraId="7B0142F1" w14:textId="77777777" w:rsidR="001B7858" w:rsidRDefault="00EA4D03">
      <w:pPr>
        <w:rPr>
          <w:sz w:val="18"/>
        </w:rPr>
      </w:pPr>
      <w:r w:rsidRPr="00B031CD">
        <w:rPr>
          <w:sz w:val="18"/>
          <w:lang w:val="de-CH"/>
        </w:rPr>
        <w:t xml:space="preserve">Hautprobleme made by Medizin – was tun bei onkologischen Reaktionen? </w:t>
      </w:r>
      <w:proofErr w:type="spellStart"/>
      <w:r w:rsidR="001B7858" w:rsidRPr="001B7858">
        <w:rPr>
          <w:sz w:val="18"/>
        </w:rPr>
        <w:t>Praxisrelevante</w:t>
      </w:r>
      <w:proofErr w:type="spellEnd"/>
      <w:r w:rsidR="001B7858" w:rsidRPr="001B7858">
        <w:rPr>
          <w:sz w:val="18"/>
        </w:rPr>
        <w:t xml:space="preserve"> </w:t>
      </w:r>
      <w:proofErr w:type="spellStart"/>
      <w:r w:rsidR="001B7858" w:rsidRPr="001B7858">
        <w:rPr>
          <w:sz w:val="18"/>
        </w:rPr>
        <w:t>Strategien</w:t>
      </w:r>
      <w:proofErr w:type="spellEnd"/>
    </w:p>
    <w:p w14:paraId="7A720145" w14:textId="77777777" w:rsidR="00C74D1B" w:rsidRPr="00561BDD" w:rsidRDefault="00EA4D03">
      <w:pPr>
        <w:rPr>
          <w:sz w:val="18"/>
        </w:rPr>
      </w:pPr>
      <w:r w:rsidRPr="00561BDD">
        <w:rPr>
          <w:sz w:val="18"/>
        </w:rPr>
        <w:t xml:space="preserve">Dr. med. Lukas Krähenbühl, </w:t>
      </w:r>
      <w:proofErr w:type="spellStart"/>
      <w:r w:rsidRPr="00561BDD">
        <w:rPr>
          <w:sz w:val="18"/>
        </w:rPr>
        <w:t>Chefarzt</w:t>
      </w:r>
      <w:proofErr w:type="spellEnd"/>
      <w:r w:rsidRPr="00561BDD">
        <w:rPr>
          <w:sz w:val="18"/>
        </w:rPr>
        <w:t xml:space="preserve">, </w:t>
      </w:r>
      <w:proofErr w:type="spellStart"/>
      <w:r w:rsidRPr="00561BDD">
        <w:rPr>
          <w:sz w:val="18"/>
        </w:rPr>
        <w:t>Kantonsspital</w:t>
      </w:r>
      <w:proofErr w:type="spellEnd"/>
      <w:r w:rsidRPr="00561BDD">
        <w:rPr>
          <w:sz w:val="18"/>
        </w:rPr>
        <w:t xml:space="preserve"> Aarau</w:t>
      </w:r>
    </w:p>
    <w:p w14:paraId="02A7BFA9" w14:textId="77777777" w:rsidR="00C74D1B" w:rsidRPr="00561BDD" w:rsidRDefault="00C74D1B">
      <w:pPr>
        <w:rPr>
          <w:sz w:val="18"/>
        </w:rPr>
      </w:pPr>
    </w:p>
    <w:p w14:paraId="78707927" w14:textId="77777777" w:rsidR="00C74D1B" w:rsidRPr="00B031CD" w:rsidRDefault="00EA4D03">
      <w:pPr>
        <w:rPr>
          <w:sz w:val="18"/>
          <w:lang w:val="de-CH"/>
        </w:rPr>
      </w:pPr>
      <w:r w:rsidRPr="00B031CD">
        <w:rPr>
          <w:b/>
          <w:sz w:val="18"/>
          <w:lang w:val="de-CH"/>
        </w:rPr>
        <w:t>16.30 – 17.00</w:t>
      </w:r>
    </w:p>
    <w:p w14:paraId="0DE4C74F" w14:textId="77777777" w:rsidR="00C74D1B" w:rsidRPr="00B031CD" w:rsidRDefault="00EA4D03">
      <w:pPr>
        <w:rPr>
          <w:sz w:val="18"/>
          <w:lang w:val="de-CH"/>
        </w:rPr>
      </w:pPr>
      <w:r w:rsidRPr="00B031CD">
        <w:rPr>
          <w:sz w:val="18"/>
          <w:lang w:val="de-CH"/>
        </w:rPr>
        <w:t>Pause</w:t>
      </w:r>
    </w:p>
    <w:p w14:paraId="1CBEC8BD" w14:textId="77777777" w:rsidR="00C74D1B" w:rsidRPr="00B031CD" w:rsidRDefault="00C74D1B">
      <w:pPr>
        <w:rPr>
          <w:sz w:val="18"/>
          <w:lang w:val="de-CH"/>
        </w:rPr>
      </w:pPr>
    </w:p>
    <w:p w14:paraId="5E27C67C" w14:textId="77777777" w:rsidR="00C74D1B" w:rsidRPr="00B031CD" w:rsidRDefault="00EA4D03">
      <w:pPr>
        <w:rPr>
          <w:sz w:val="18"/>
          <w:lang w:val="de-CH"/>
        </w:rPr>
      </w:pPr>
      <w:r w:rsidRPr="00B031CD">
        <w:rPr>
          <w:b/>
          <w:sz w:val="18"/>
          <w:lang w:val="de-CH"/>
        </w:rPr>
        <w:t>17.00 – 17.45</w:t>
      </w:r>
    </w:p>
    <w:p w14:paraId="36F67C5B" w14:textId="77777777" w:rsidR="001B7858" w:rsidRPr="00B031CD" w:rsidRDefault="001B7858">
      <w:pPr>
        <w:rPr>
          <w:sz w:val="18"/>
          <w:lang w:val="de-CH"/>
        </w:rPr>
      </w:pPr>
      <w:r w:rsidRPr="00B031CD">
        <w:rPr>
          <w:sz w:val="18"/>
          <w:lang w:val="de-CH"/>
        </w:rPr>
        <w:t xml:space="preserve">Von Syphilis bis Mycoplasma: </w:t>
      </w:r>
      <w:r w:rsidR="00EA4D03" w:rsidRPr="00B031CD">
        <w:rPr>
          <w:sz w:val="18"/>
          <w:lang w:val="de-CH"/>
        </w:rPr>
        <w:t>Wenn’s juckt, brennt und nicht vom Waschmittel kommt</w:t>
      </w:r>
    </w:p>
    <w:p w14:paraId="290D8BD2" w14:textId="77777777" w:rsidR="00C74D1B" w:rsidRPr="00561BDD" w:rsidRDefault="00561BDD">
      <w:pPr>
        <w:rPr>
          <w:sz w:val="18"/>
        </w:rPr>
      </w:pPr>
      <w:r>
        <w:rPr>
          <w:sz w:val="18"/>
        </w:rPr>
        <w:t xml:space="preserve">PD </w:t>
      </w:r>
      <w:r w:rsidR="00EA4D03" w:rsidRPr="00561BDD">
        <w:rPr>
          <w:sz w:val="18"/>
        </w:rPr>
        <w:t xml:space="preserve">Dr. med. Severin Läuchli, </w:t>
      </w:r>
      <w:proofErr w:type="spellStart"/>
      <w:r w:rsidR="00EA4D03" w:rsidRPr="00561BDD">
        <w:rPr>
          <w:sz w:val="18"/>
        </w:rPr>
        <w:t>Chefarzt</w:t>
      </w:r>
      <w:proofErr w:type="spellEnd"/>
      <w:r w:rsidR="00EA4D03" w:rsidRPr="00561BDD">
        <w:rPr>
          <w:sz w:val="18"/>
        </w:rPr>
        <w:t xml:space="preserve">, </w:t>
      </w:r>
      <w:proofErr w:type="spellStart"/>
      <w:r w:rsidR="00EA4D03" w:rsidRPr="00561BDD">
        <w:rPr>
          <w:sz w:val="18"/>
        </w:rPr>
        <w:t>Stadtspital</w:t>
      </w:r>
      <w:proofErr w:type="spellEnd"/>
      <w:r w:rsidR="00EA4D03" w:rsidRPr="00561BDD">
        <w:rPr>
          <w:sz w:val="18"/>
        </w:rPr>
        <w:t xml:space="preserve"> Zürich</w:t>
      </w:r>
    </w:p>
    <w:p w14:paraId="07B9CC30" w14:textId="77777777" w:rsidR="00C74D1B" w:rsidRPr="00561BDD" w:rsidRDefault="00C74D1B">
      <w:pPr>
        <w:rPr>
          <w:sz w:val="18"/>
        </w:rPr>
      </w:pPr>
    </w:p>
    <w:p w14:paraId="7DDAF931" w14:textId="77777777" w:rsidR="00C74D1B" w:rsidRPr="00B031CD" w:rsidRDefault="00EA4D03">
      <w:pPr>
        <w:rPr>
          <w:sz w:val="18"/>
          <w:lang w:val="de-CH"/>
        </w:rPr>
      </w:pPr>
      <w:r w:rsidRPr="00B031CD">
        <w:rPr>
          <w:b/>
          <w:sz w:val="18"/>
          <w:lang w:val="de-CH"/>
        </w:rPr>
        <w:t>17.45 – 18.30</w:t>
      </w:r>
    </w:p>
    <w:p w14:paraId="5496D000" w14:textId="77777777" w:rsidR="001B7858" w:rsidRPr="00B031CD" w:rsidRDefault="00EA4D03">
      <w:pPr>
        <w:rPr>
          <w:sz w:val="18"/>
          <w:lang w:val="de-CH"/>
        </w:rPr>
      </w:pPr>
      <w:r w:rsidRPr="00B031CD">
        <w:rPr>
          <w:sz w:val="18"/>
          <w:lang w:val="de-CH"/>
        </w:rPr>
        <w:t xml:space="preserve">Abrechnung mit Köpfchen: </w:t>
      </w:r>
      <w:r w:rsidR="001B7858" w:rsidRPr="00B031CD">
        <w:rPr>
          <w:sz w:val="18"/>
          <w:lang w:val="de-CH"/>
        </w:rPr>
        <w:t>Klar, korrekt und praxisnah</w:t>
      </w:r>
    </w:p>
    <w:p w14:paraId="38B66BF0" w14:textId="77777777" w:rsidR="00C74D1B" w:rsidRPr="00561BDD" w:rsidRDefault="00EA4D03">
      <w:pPr>
        <w:rPr>
          <w:sz w:val="18"/>
        </w:rPr>
      </w:pPr>
      <w:r w:rsidRPr="00561BDD">
        <w:rPr>
          <w:sz w:val="18"/>
        </w:rPr>
        <w:t xml:space="preserve">Dr. med. Michael Mühlstädt, </w:t>
      </w:r>
      <w:proofErr w:type="spellStart"/>
      <w:r w:rsidRPr="00561BDD">
        <w:rPr>
          <w:sz w:val="18"/>
        </w:rPr>
        <w:t>Leitender</w:t>
      </w:r>
      <w:proofErr w:type="spellEnd"/>
      <w:r w:rsidRPr="00561BDD">
        <w:rPr>
          <w:sz w:val="18"/>
        </w:rPr>
        <w:t xml:space="preserve"> </w:t>
      </w:r>
      <w:proofErr w:type="spellStart"/>
      <w:r w:rsidRPr="00561BDD">
        <w:rPr>
          <w:sz w:val="18"/>
        </w:rPr>
        <w:t>Arzt</w:t>
      </w:r>
      <w:proofErr w:type="spellEnd"/>
      <w:r w:rsidRPr="00561BDD">
        <w:rPr>
          <w:sz w:val="18"/>
        </w:rPr>
        <w:t xml:space="preserve">, </w:t>
      </w:r>
      <w:proofErr w:type="spellStart"/>
      <w:r w:rsidRPr="00561BDD">
        <w:rPr>
          <w:sz w:val="18"/>
        </w:rPr>
        <w:t>Hôpitaux</w:t>
      </w:r>
      <w:proofErr w:type="spellEnd"/>
      <w:r w:rsidRPr="00561BDD">
        <w:rPr>
          <w:sz w:val="18"/>
        </w:rPr>
        <w:t xml:space="preserve"> </w:t>
      </w:r>
      <w:proofErr w:type="spellStart"/>
      <w:r w:rsidRPr="00561BDD">
        <w:rPr>
          <w:sz w:val="18"/>
        </w:rPr>
        <w:t>universitaires</w:t>
      </w:r>
      <w:proofErr w:type="spellEnd"/>
      <w:r w:rsidRPr="00561BDD">
        <w:rPr>
          <w:sz w:val="18"/>
        </w:rPr>
        <w:t xml:space="preserve"> de Genève</w:t>
      </w:r>
    </w:p>
    <w:p w14:paraId="4957AB28" w14:textId="77777777" w:rsidR="00C74D1B" w:rsidRPr="00561BDD" w:rsidRDefault="00C74D1B">
      <w:pPr>
        <w:rPr>
          <w:sz w:val="18"/>
        </w:rPr>
      </w:pPr>
    </w:p>
    <w:p w14:paraId="434DF69F" w14:textId="77777777" w:rsidR="00C74D1B" w:rsidRPr="00B031CD" w:rsidRDefault="00EA4D03">
      <w:pPr>
        <w:rPr>
          <w:sz w:val="18"/>
          <w:lang w:val="de-CH"/>
        </w:rPr>
      </w:pPr>
      <w:r w:rsidRPr="00B031CD">
        <w:rPr>
          <w:b/>
          <w:sz w:val="18"/>
          <w:lang w:val="de-CH"/>
        </w:rPr>
        <w:t>18.30 – 19.30</w:t>
      </w:r>
    </w:p>
    <w:p w14:paraId="20FB0A7B" w14:textId="77777777" w:rsidR="00EA4D03" w:rsidRPr="00B031CD" w:rsidRDefault="00EA4D03">
      <w:pPr>
        <w:rPr>
          <w:sz w:val="18"/>
          <w:lang w:val="de-CH"/>
        </w:rPr>
      </w:pPr>
      <w:r w:rsidRPr="00B031CD">
        <w:rPr>
          <w:sz w:val="18"/>
          <w:lang w:val="de-CH"/>
        </w:rPr>
        <w:t>Breaking Skin News – was sich bei entzündlichen Dermatosen wirklich getan hat</w:t>
      </w:r>
    </w:p>
    <w:p w14:paraId="59CDC68E" w14:textId="77777777" w:rsidR="00C74D1B" w:rsidRPr="00561BDD" w:rsidRDefault="00561BDD">
      <w:pPr>
        <w:rPr>
          <w:sz w:val="18"/>
        </w:rPr>
      </w:pPr>
      <w:r>
        <w:rPr>
          <w:sz w:val="18"/>
        </w:rPr>
        <w:t>PD</w:t>
      </w:r>
      <w:r w:rsidR="00EA4D03" w:rsidRPr="00561BDD">
        <w:rPr>
          <w:sz w:val="18"/>
        </w:rPr>
        <w:t xml:space="preserve"> Dr. med. Florian Anzengruber, </w:t>
      </w:r>
      <w:proofErr w:type="spellStart"/>
      <w:r w:rsidR="00EA4D03" w:rsidRPr="00561BDD">
        <w:rPr>
          <w:sz w:val="18"/>
        </w:rPr>
        <w:t>Leitender</w:t>
      </w:r>
      <w:proofErr w:type="spellEnd"/>
      <w:r w:rsidR="00EA4D03" w:rsidRPr="00561BDD">
        <w:rPr>
          <w:sz w:val="18"/>
        </w:rPr>
        <w:t xml:space="preserve"> </w:t>
      </w:r>
      <w:proofErr w:type="spellStart"/>
      <w:r w:rsidR="00EA4D03" w:rsidRPr="00561BDD">
        <w:rPr>
          <w:sz w:val="18"/>
        </w:rPr>
        <w:t>Arzt</w:t>
      </w:r>
      <w:proofErr w:type="spellEnd"/>
      <w:r w:rsidR="00EA4D03" w:rsidRPr="00561BDD">
        <w:rPr>
          <w:sz w:val="18"/>
        </w:rPr>
        <w:t xml:space="preserve">, </w:t>
      </w:r>
      <w:proofErr w:type="spellStart"/>
      <w:r w:rsidR="00EA4D03" w:rsidRPr="00561BDD">
        <w:rPr>
          <w:sz w:val="18"/>
        </w:rPr>
        <w:t>Kantonsspital</w:t>
      </w:r>
      <w:proofErr w:type="spellEnd"/>
      <w:r w:rsidR="00EA4D03" w:rsidRPr="00561BDD">
        <w:rPr>
          <w:sz w:val="18"/>
        </w:rPr>
        <w:t xml:space="preserve"> Graubünden</w:t>
      </w:r>
    </w:p>
    <w:p w14:paraId="4647266E" w14:textId="77777777" w:rsidR="00561BDD" w:rsidRDefault="00561BDD">
      <w:pPr>
        <w:rPr>
          <w:b/>
          <w:sz w:val="18"/>
        </w:rPr>
      </w:pPr>
    </w:p>
    <w:p w14:paraId="329A1291" w14:textId="77777777" w:rsidR="00C74D1B" w:rsidRPr="00561BDD" w:rsidRDefault="00561BDD">
      <w:pPr>
        <w:rPr>
          <w:b/>
          <w:sz w:val="18"/>
        </w:rPr>
      </w:pPr>
      <w:r>
        <w:rPr>
          <w:b/>
          <w:sz w:val="18"/>
        </w:rPr>
        <w:t xml:space="preserve">Ab </w:t>
      </w:r>
      <w:r w:rsidRPr="00561BDD">
        <w:rPr>
          <w:b/>
          <w:sz w:val="18"/>
        </w:rPr>
        <w:t>19.30</w:t>
      </w:r>
    </w:p>
    <w:p w14:paraId="5BC71EE3" w14:textId="77777777" w:rsidR="00C74D1B" w:rsidRPr="00561BDD" w:rsidRDefault="00EA4D03">
      <w:pPr>
        <w:rPr>
          <w:sz w:val="18"/>
        </w:rPr>
      </w:pPr>
      <w:proofErr w:type="spellStart"/>
      <w:r w:rsidRPr="00561BDD">
        <w:rPr>
          <w:sz w:val="18"/>
        </w:rPr>
        <w:t>Apéro</w:t>
      </w:r>
      <w:proofErr w:type="spellEnd"/>
    </w:p>
    <w:sectPr w:rsidR="00C74D1B" w:rsidRPr="00561BD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6964499">
    <w:abstractNumId w:val="8"/>
  </w:num>
  <w:num w:numId="2" w16cid:durableId="98527936">
    <w:abstractNumId w:val="6"/>
  </w:num>
  <w:num w:numId="3" w16cid:durableId="962543492">
    <w:abstractNumId w:val="5"/>
  </w:num>
  <w:num w:numId="4" w16cid:durableId="365183283">
    <w:abstractNumId w:val="4"/>
  </w:num>
  <w:num w:numId="5" w16cid:durableId="442847806">
    <w:abstractNumId w:val="7"/>
  </w:num>
  <w:num w:numId="6" w16cid:durableId="1533109300">
    <w:abstractNumId w:val="3"/>
  </w:num>
  <w:num w:numId="7" w16cid:durableId="635254511">
    <w:abstractNumId w:val="2"/>
  </w:num>
  <w:num w:numId="8" w16cid:durableId="1818647715">
    <w:abstractNumId w:val="1"/>
  </w:num>
  <w:num w:numId="9" w16cid:durableId="48374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858"/>
    <w:rsid w:val="0029639D"/>
    <w:rsid w:val="00326F90"/>
    <w:rsid w:val="00561BDD"/>
    <w:rsid w:val="00672C84"/>
    <w:rsid w:val="00694A1E"/>
    <w:rsid w:val="007C128D"/>
    <w:rsid w:val="00A437F5"/>
    <w:rsid w:val="00AA1D8D"/>
    <w:rsid w:val="00B031CD"/>
    <w:rsid w:val="00B47730"/>
    <w:rsid w:val="00C74D1B"/>
    <w:rsid w:val="00CB0664"/>
    <w:rsid w:val="00EA4D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8318532"/>
  <w14:defaultImageDpi w14:val="330"/>
  <w15:docId w15:val="{79886A10-E259-4553-A8CA-9ABBCDB8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42A300-4B18-442B-AD7D-F6ADFDDD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Vivianne Fuchs-Molitor</cp:lastModifiedBy>
  <cp:revision>2</cp:revision>
  <dcterms:created xsi:type="dcterms:W3CDTF">2025-05-20T10:02:00Z</dcterms:created>
  <dcterms:modified xsi:type="dcterms:W3CDTF">2025-05-20T10:02:00Z</dcterms:modified>
  <cp:category/>
</cp:coreProperties>
</file>